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והערכת תהליך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מחוון התהליך, מחוון שיחת ההגנה ומחוון הרפלקציה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סולם AIAS וחמש הרמות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בצ'קליסט לבדיקה עצמית לפני הגשת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המחוונים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רמה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3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על הבחירות וההסבר של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בודק תכנון, יומן תהליך, שימוש אחראי ב-AI ושיפור אחרי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ברמה 1 העבודה נעשית בכיתה, בעל פה או בכתב יד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אחד ממרכיבי המחוון הוא הסבר 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ברמת מצוין כל שימוש מתועד - פרומפט, בדיקה ושינוי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אחד הסעיפים ברשימת הבדיקה העצמית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ברמה 5 חוקרים גם בדרכים חדשות שלא תוכננו מראש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קטגוריה לתיאור מצוין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(תכנון מלא עם לוח זמנים)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(כל שימוש מתועד: פרומפט, בדיקה, שינוי)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(מסביר/ה בביטחון במילים שלו/ה)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(תובנה אישית ומקורית)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(כנה, כולל קשיים)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רמות AIAS מהנמוכה לגבוהה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המשימה נעשית בלי בינה מלאכותית בכלל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מותר להיעזר ב-AI לרעיונות ותכנון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AI עוזר לאורך העבודה - משוב על טיוטה ובדיקת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AI הוא חלק מרכזי בתוצר כמו תמונה או 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משתמשים ב-AI בדרכים חדשות ויצירתיות כדי לחקור ולבנות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ברמה 2 ה-AI עוזר רק לרעיונות ותכנון, אבל התוצר עצמו נכתב לבד. ברמה 4 ה-AI הוא חלק מרכזי מהתוצר עצמו, וההערכה מתמקדת בבחירות ובהסבר של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תכנון, יומן תהליך, שימוש אחראי ב-AI, שיפור אחרי 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ברמה 1 אין שימוש ב-AI כלל, ברמה 5 משתמשים ב-AI בדרכים חדשות ויצירתיות לחקירה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להראות את הדרך, השימוש האחראי ב-AI והשיפור לאורך הדרך, ולא רק את התוצאה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לאחר שהתלמידים קראו את המחוונים בפועל, כדי לחזק הבנה לפני משימה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ה-match וה-order במליאה כדי לוודא שהרמות של AIAS ברורות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להורדה בגרסה לחינוך מיוחד, ואפשר להשאיר רק את החלק הבסיסי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והערכת תהליך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בחטיבת הביניים מעריכים לא רק את התוצר הסופי של משימה, אלא גם את התהליך - איך תכננתם, איך תיעדתם ואיך השתמשתם ב-AI באופן אחראי. בדף זה נתרגל את המחוונים והכלים שעוזרים להבין מה מצופה מכם.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המחוונים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נקודות שווה מחוון התהליך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רמת AIAS מותר להיעזר ב-AI רק לתכנון וסיעור מוחות?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אורכת שיחת ההגנה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אחד ממרכיבי מחוון התהליך?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ברמה 4 של AIAS, על מה מתמקדת ההערכה?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הבחירות וההסבר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על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מהירות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הציון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מחוון התהליך בודק רק את התוצר הסופי של המשימה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1 של AIAS המשימה נעשית בלי בינה מלאכותית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שיחת ההגנה עוסקת גם בהסבר הבחירות של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מצוין ביומן התהליך, מתועד רק חלק מהשימושים ב-AI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הצ'קליסט לבדיקה עצמית כולל בדיקת נתונים מול מקור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5 של AIAS, משתמשים ב-AI רק בדרכים שתוכננו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קטגוריה לתיאור מצוין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תכנון (מחוון תהליך)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תובנה אישית ומקורית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יומן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מסביר/ה בביטחון במילים שלו/ה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הבנת התוכן (שיחת הגנה)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תכנון מלא עם לוח זמנים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תובנה (רפלקציה)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כנה, כולל קשיים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כנות (רפלקציה)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 שימוש מתועד: פרומפט, בדיקה, שינוי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מחוון התהליך כולל __________ רכיבים עיקריים: תכנון, יומן, שימוש אחראי ושיפור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שיחת ההגנה מתקיימת __________ דקות אחרי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ברמה 2 של AIAS, AI משמש ל__________ ולסיעור מוחות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מחוון הרפלקציה בודק אם התלמיד נתן __________ ממשית מהתהליך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רמות AIAS מהנמוכה לגבוהה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משתמשים ב-AI בדרכים חדשות ויצירתיות כדי לחקור ולבנות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נעשית בלי בינה מלאכותית בכלל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AI הוא חלק מרכזי בתוצר כמו תמונה או סרטון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להיעזר ב-AI לרעיונות ותכנון בלבד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AI עוזר לאורך העבודה - משוב על טיוטה ובדיקת טיעון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רמה 2 לרמה 4 בסולם AIAS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מרכיבי מחוון התהליך?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רמה 1 לרמה 5 בסולם AIAS?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לנהל יומן תהליך ולא רק להגיש תוצר סופי?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מחוונים והערכת תהליך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