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מחוון התהליך, מחוון שיחת ההגנה ומחוון הרפלקציה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וחמש הרמות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בצ'קליסט לבדיקה עצמית לפני הגשת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המחוונים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על הבחירות וההסבר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בודק תכנון, יומן תהליך, שימוש אחראי ב-AI ושיפור אחרי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ברמה 1 העבודה נעשית בכיתה, בעל פה או בכתב יד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ממרכיבי המחוון הוא הסבר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ברמת מצוין כל שימוש מתועד - פרומפט, בדיקה ושינוי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הסעיפים ברשימת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ברמה 5 חוקרים גם בדרכים חדשות שלא תוכננו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קטגוריה לתיאור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(תכנון מלא עם לוח 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שימוש מתועד: פרומפט, בדיקה, שינוי)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(מסביר/ה בביטחון במילים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(תובנה אישית ומקורית)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(כנה, כולל קשיים)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רמות AIAS מהנמוכה לגבוהה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המשימה נעשית בלי בינה מלאכותית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מותר להיעזר ב-AI לרעיונות ותכנון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AI עוזר לאורך העבודה - משוב על טיוטה ובדיקת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AI הוא חלק מרכזי בתוצר כמו תמונה או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משתמשים ב-AI בדרכים חדשות ויצירתיות כדי לחקור ולבנות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ברמה 2 ה-AI עוזר רק לרעיונות ותכנון, אבל התוצר עצמו נכתב לבד. ברמה 4 ה-AI הוא חלק מרכזי מהתוצר עצמו, וההערכה מתמקדת בבחירות ובהסבר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תכנון, יומן תהליך, שימוש אחראי ב-AI, שיפור אחרי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ברמה 1 אין שימוש ב-AI כלל, ברמה 5 משתמשים ב-AI בדרכים חדשות ויצירתיות לחקירה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את הדרך, השימוש האחראי ב-AI והשיפור לאורך הדרך, ולא רק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לאחר שהתלמידים קראו את המחוונים בפועל, כדי לחזק הבנה לפני משימה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ה-match וה-order במליאה כדי לוודא שהרמות של AIAS ברורות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להורדה בגרסה לחינוך מיוחד, ואפשר להשאיר רק את החלק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כשעושים משימה בבית ספר, בודקים גם איך עבדתם ולא רק מה הגשתם בסוף. יש כלים שעוזרים להבין מה טוב ומה פחות טוב בעבודה. נתרגל את הכלים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שמסביר איך בודקים עבודה, לפי רמות של איכות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שמראה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עובדים על המשימה, לא רק התוצאה הסופית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מה שלמדתי ואיך עבדתי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שבה מסבירים בעל פה על העבודה שהגשתי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של כל שלב ושימוש ב-AI במהלך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צ'קליסט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בדיקה עצמית לפני הגשת המשימה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כן וברור על איך עבדתי ועם מה נעזרתי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המחוונים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יש במחוון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רמה אפשר להשתמש ב-AI רק כדי לקבל רעיונות?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נמשכת שיחת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במחוון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ברמה 4 שבה AI חלק גדול מהעבודה?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הבחירות וההסבר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מהירות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הציון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התהליך בודק רק את התוצר הסופי של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של AIAS המשימה נעשית בלי בינה מלאכותית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עוסקת גם בהסבר הבחירות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מצוין ביומן התהליך, מתועד רק חלק מהשימושים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הצ'קליסט לבדיקה עצמית כולל בדיקת נתונים מול 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5 של AIAS, משתמשים ב-AI רק בדרכים שתוכננו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קטגוריה לתיאור מצוין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תכנון (מחוון תהליך)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מסביר/ה בביטחון במילים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תובנה אישית ומקורית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הבנת התוכן (שיחת הגנה)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כנה, כולל קשיים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תובנה (רפלקציה)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תכנון מלא עם לוח זמנים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כנות (רפלקציה)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שימוש מתועד: פרומפט, בדיקה, שינוי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מחוון התהליך כולל __________ רכיבים עיקריים: תכנון, יומן, שימוש אחראי ושיפור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שיחת ההגנה מתקיימת __________ דקות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ברמה 2 של AIAS, AI משמש ל__________ ולסיעור מוחות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מחוון הרפלקציה בודק אם התלמיד נתן __________ ממשית מהתהליך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רמות AIAS מהנמוכה לגבוהה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 עוזר לאורך העבודה - משוב על טיוטה ובדיקת 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נעשית בלי בינה מלאכותית בכלל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להיעזר ב-AI לרעיונות ותכנון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ב-AI בדרכים חדשות ויצירתיות כדי לחקור ולבנות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 הוא חלק מרכזי בתוצר כמו תמונה או 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רמה 2 לרמה 4 בסולם AIAS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מרכיבי מחוון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1 לרמה 5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לנהל יומן תהליך ולא רק להגיש 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והערכת תהליך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