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מחוון התהליך, מחוון שיחת ההגנה ומחוון הרפלקציה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וחמש הרמות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בצ'קליסט לבדיקה עצמית לפני הגשת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המחוונים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רמה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בודק תכנון, יומן תהליך, שימוש אחראי ב-AI ושיפור אחרי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ברמה 1 העבודה נעשית בכיתה, בעל פה או בכתב יד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ממרכיבי המחוון הוא הסבר 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קטגוריה לתיאור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(תכנון מלא עם לוח 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 שימוש מתועד: פרומפט, בדיקה, שינוי)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(מסביר/ה בביטחון במילים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(תובנה אישית ומקורית)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רמות AIAS מהנמוכה לגבוהה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המשימה נעשית בלי בינה מלאכותית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מותר להיעזר ב-AI לרעיונות ותכנון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AI עוזר לאורך העבודה - משוב על טיוטה ובדיקת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AI הוא חלק מרכזי בתוצר כמו תמונה או 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תכנון, יומן תהליך, שימוש אחראי ב-AI, שיפור אחרי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ברמה 1 אין שימוש ב-AI כלל, ברמה 5 משתמשים ב-AI בדרכים חדשות ויצירתיות לחקירה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את הדרך, השימוש האחראי ב-AI והשיפור לאורך הדרך, ולא רק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לאחר שהתלמידים קראו את המחוונים בפועל, כדי לחזק הבנה לפני משימה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ה-match וה-order במליאה כדי לוודא שהרמות של AIAS ברורות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להורדה בגרסה לחינוך מיוחד, ואפשר להשאיר רק את החלק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והערכת תהליך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בחטיבת הביניים מעריכים לא רק את התוצר הסופי של משימה, אלא גם את התהליך - איך תכננתם, איך תיעדתם ואיך השתמשתם ב-AI באופן אחראי. בדף זה נתרגל את המחוונים והכלים שעוזרים להבין מה מצופה 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ארבעה  ·  שלוש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המחוונים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נקודות שווה מחוון התהליך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רמת AIAS מותר להיעזר ב-AI רק לתכנון וסיעור מוחות?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מחוון התהליך בודק רק את התוצר הסופי של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ברמה 1 של AIAS המשימה נעשית בלי בינה מלאכותית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שיחת ההגנה עוסקת גם בהסבר הבחירות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קטגוריה לתיאור מצוין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תכנון (מחוון תהליך)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מסביר/ה בביטחון במילים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תובנה אישית ומקורית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הבנת התוכן (שיחת הגנה)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שימוש מתועד: פרומפט, בדיקה, שינוי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תובנה (רפלקציה)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תכנון מלא עם לוח זמנים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מחוון התהליך כולל __________ רכיבים עיקריים: תכנון, יומן, שימוש אחראי ושיפור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שיחת ההגנה מתקיימת __________ דקות אחרי ההגשה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רמות AIAS מהנמוכה לגבוהה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להיעזר ב-AI לרעיונות ותכנון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AI הוא חלק מרכזי בתוצר כמו תמונה או 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המשימה נעשית בלי בינה מלאכותית בכלל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AI עוזר לאורך העבודה - משוב על טיוטה ובדיקת טיעון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מרכיבי מחוון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רמה 1 לרמה 5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והערכת תהליך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